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4863" w:rsidRDefault="00537842" w:rsidP="00D7595E">
      <w:pPr>
        <w:pStyle w:val="Nagwek1"/>
        <w:spacing w:before="0"/>
        <w:jc w:val="center"/>
        <w:rPr>
          <w:rFonts w:cstheme="majorHAnsi"/>
          <w:color w:val="auto"/>
          <w:sz w:val="24"/>
          <w:szCs w:val="24"/>
        </w:rPr>
      </w:pPr>
      <w:r w:rsidRPr="00D7595E">
        <w:rPr>
          <w:rFonts w:cstheme="majorHAnsi"/>
          <w:color w:val="auto"/>
          <w:sz w:val="24"/>
          <w:szCs w:val="24"/>
        </w:rPr>
        <w:t>MEMBERSHIP DECLARATION</w:t>
      </w:r>
    </w:p>
    <w:p w:rsidR="00D7595E" w:rsidRPr="00D7595E" w:rsidRDefault="00D7595E" w:rsidP="00D7595E">
      <w:pPr>
        <w:spacing w:after="0"/>
      </w:pPr>
    </w:p>
    <w:p w:rsidR="00130F9F" w:rsidRDefault="00D7595E" w:rsidP="00130F9F">
      <w:pPr>
        <w:spacing w:after="0"/>
        <w:jc w:val="center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o</w:t>
      </w:r>
      <w:r w:rsidR="00537842" w:rsidRPr="00D7595E">
        <w:rPr>
          <w:rFonts w:asciiTheme="majorHAnsi" w:hAnsiTheme="majorHAnsi" w:cstheme="majorHAnsi"/>
          <w:sz w:val="24"/>
          <w:szCs w:val="24"/>
        </w:rPr>
        <w:t xml:space="preserve">f the Student Scientific Organization / Scientific Club * </w:t>
      </w:r>
    </w:p>
    <w:p w:rsidR="00704863" w:rsidRDefault="00537842" w:rsidP="00130F9F">
      <w:pPr>
        <w:spacing w:after="0"/>
        <w:jc w:val="center"/>
        <w:rPr>
          <w:rFonts w:asciiTheme="majorHAnsi" w:hAnsiTheme="majorHAnsi" w:cstheme="majorHAnsi"/>
          <w:sz w:val="24"/>
          <w:szCs w:val="24"/>
        </w:rPr>
      </w:pPr>
      <w:r w:rsidRPr="00D7595E">
        <w:rPr>
          <w:rFonts w:asciiTheme="majorHAnsi" w:hAnsiTheme="majorHAnsi" w:cstheme="majorHAnsi"/>
          <w:sz w:val="24"/>
          <w:szCs w:val="24"/>
        </w:rPr>
        <w:t>WARSAW UNIVERSITY OF LIFE SCIENCES (WULS-SGGW)</w:t>
      </w:r>
    </w:p>
    <w:p w:rsidR="00130F9F" w:rsidRPr="00D7595E" w:rsidRDefault="00130F9F" w:rsidP="00130F9F">
      <w:pPr>
        <w:spacing w:after="0"/>
        <w:jc w:val="center"/>
        <w:rPr>
          <w:rFonts w:asciiTheme="majorHAnsi" w:hAnsiTheme="majorHAnsi" w:cstheme="majorHAnsi"/>
          <w:sz w:val="24"/>
          <w:szCs w:val="24"/>
        </w:rPr>
      </w:pPr>
    </w:p>
    <w:p w:rsidR="00704863" w:rsidRPr="00D7595E" w:rsidRDefault="00537842" w:rsidP="00D7595E">
      <w:pPr>
        <w:spacing w:after="0"/>
        <w:rPr>
          <w:rFonts w:asciiTheme="majorHAnsi" w:hAnsiTheme="majorHAnsi" w:cstheme="majorHAnsi"/>
          <w:sz w:val="24"/>
          <w:szCs w:val="24"/>
        </w:rPr>
      </w:pPr>
      <w:r w:rsidRPr="00D7595E">
        <w:rPr>
          <w:rFonts w:asciiTheme="majorHAnsi" w:hAnsiTheme="majorHAnsi" w:cstheme="majorHAnsi"/>
          <w:sz w:val="24"/>
          <w:szCs w:val="24"/>
        </w:rPr>
        <w:t>I hereby kindly request:</w:t>
      </w:r>
    </w:p>
    <w:p w:rsidR="00704863" w:rsidRPr="00D7595E" w:rsidRDefault="00537842" w:rsidP="00D7595E">
      <w:pPr>
        <w:spacing w:after="0"/>
        <w:rPr>
          <w:rFonts w:asciiTheme="majorHAnsi" w:hAnsiTheme="majorHAnsi" w:cstheme="majorHAnsi"/>
          <w:sz w:val="24"/>
          <w:szCs w:val="24"/>
        </w:rPr>
      </w:pPr>
      <w:r w:rsidRPr="00D7595E">
        <w:rPr>
          <w:rFonts w:asciiTheme="majorHAnsi" w:hAnsiTheme="majorHAnsi" w:cstheme="majorHAnsi"/>
          <w:sz w:val="24"/>
          <w:szCs w:val="24"/>
        </w:rPr>
        <w:t xml:space="preserve">1)* to be accepted as a </w:t>
      </w:r>
      <w:r w:rsidRPr="00D7595E">
        <w:rPr>
          <w:rFonts w:asciiTheme="majorHAnsi" w:hAnsiTheme="majorHAnsi" w:cstheme="majorHAnsi"/>
          <w:sz w:val="24"/>
          <w:szCs w:val="24"/>
        </w:rPr>
        <w:t>member in the academic year ……………………………………………</w:t>
      </w:r>
      <w:r w:rsidRPr="00D7595E">
        <w:rPr>
          <w:rFonts w:asciiTheme="majorHAnsi" w:hAnsiTheme="majorHAnsi" w:cstheme="majorHAnsi"/>
          <w:sz w:val="24"/>
          <w:szCs w:val="24"/>
        </w:rPr>
        <w:t>………</w:t>
      </w:r>
    </w:p>
    <w:p w:rsidR="00704863" w:rsidRPr="00D7595E" w:rsidRDefault="00537842" w:rsidP="00D7595E">
      <w:pPr>
        <w:spacing w:after="0"/>
        <w:rPr>
          <w:rFonts w:asciiTheme="majorHAnsi" w:hAnsiTheme="majorHAnsi" w:cstheme="majorHAnsi"/>
          <w:sz w:val="24"/>
          <w:szCs w:val="24"/>
        </w:rPr>
      </w:pPr>
      <w:r w:rsidRPr="00D7595E">
        <w:rPr>
          <w:rFonts w:asciiTheme="majorHAnsi" w:hAnsiTheme="majorHAnsi" w:cstheme="majorHAnsi"/>
          <w:sz w:val="24"/>
          <w:szCs w:val="24"/>
        </w:rPr>
        <w:t>2)* to continue my membership in the academic year …………………………………………………</w:t>
      </w:r>
      <w:r w:rsidRPr="00D7595E">
        <w:rPr>
          <w:rFonts w:asciiTheme="majorHAnsi" w:hAnsiTheme="majorHAnsi" w:cstheme="majorHAnsi"/>
          <w:sz w:val="24"/>
          <w:szCs w:val="24"/>
        </w:rPr>
        <w:t>…</w:t>
      </w:r>
    </w:p>
    <w:p w:rsidR="00704863" w:rsidRPr="00D7595E" w:rsidRDefault="00130F9F" w:rsidP="00D7595E">
      <w:p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of</w:t>
      </w:r>
      <w:r w:rsidR="00537842" w:rsidRPr="00D7595E">
        <w:rPr>
          <w:rFonts w:asciiTheme="majorHAnsi" w:hAnsiTheme="majorHAnsi" w:cstheme="majorHAnsi"/>
          <w:sz w:val="24"/>
          <w:szCs w:val="24"/>
        </w:rPr>
        <w:t xml:space="preserve"> the Student Scientific Organization / Scientific Club * ……………</w:t>
      </w:r>
      <w:r w:rsidR="00537842" w:rsidRPr="00D7595E">
        <w:rPr>
          <w:rFonts w:asciiTheme="majorHAnsi" w:hAnsiTheme="majorHAnsi" w:cstheme="majorHAnsi"/>
          <w:sz w:val="24"/>
          <w:szCs w:val="24"/>
        </w:rPr>
        <w:t>………....................…….…</w:t>
      </w:r>
    </w:p>
    <w:p w:rsidR="00704863" w:rsidRPr="00130F9F" w:rsidRDefault="00537842" w:rsidP="00130F9F">
      <w:pPr>
        <w:spacing w:after="0"/>
        <w:ind w:left="5040"/>
        <w:rPr>
          <w:rFonts w:asciiTheme="majorHAnsi" w:hAnsiTheme="majorHAnsi" w:cstheme="majorHAnsi"/>
          <w:sz w:val="20"/>
          <w:szCs w:val="20"/>
        </w:rPr>
      </w:pPr>
      <w:r w:rsidRPr="00130F9F">
        <w:rPr>
          <w:rFonts w:asciiTheme="majorHAnsi" w:hAnsiTheme="majorHAnsi" w:cstheme="majorHAnsi"/>
          <w:sz w:val="20"/>
          <w:szCs w:val="20"/>
        </w:rPr>
        <w:t>(enter full name of the organ</w:t>
      </w:r>
      <w:r w:rsidRPr="00130F9F">
        <w:rPr>
          <w:rFonts w:asciiTheme="majorHAnsi" w:hAnsiTheme="majorHAnsi" w:cstheme="majorHAnsi"/>
          <w:sz w:val="20"/>
          <w:szCs w:val="20"/>
        </w:rPr>
        <w:t>ization)</w:t>
      </w:r>
    </w:p>
    <w:p w:rsidR="00704863" w:rsidRPr="00D7595E" w:rsidRDefault="00537842" w:rsidP="00D7595E">
      <w:pPr>
        <w:spacing w:after="0"/>
        <w:rPr>
          <w:rFonts w:asciiTheme="majorHAnsi" w:hAnsiTheme="majorHAnsi" w:cstheme="majorHAnsi"/>
          <w:sz w:val="24"/>
          <w:szCs w:val="24"/>
        </w:rPr>
      </w:pPr>
      <w:r w:rsidRPr="00D7595E">
        <w:rPr>
          <w:rFonts w:asciiTheme="majorHAnsi" w:hAnsiTheme="majorHAnsi" w:cstheme="majorHAnsi"/>
          <w:sz w:val="24"/>
          <w:szCs w:val="24"/>
        </w:rPr>
        <w:t>operating at the Faculty/Doctoral School .............................................................</w:t>
      </w:r>
      <w:r w:rsidRPr="00D7595E">
        <w:rPr>
          <w:rFonts w:asciiTheme="majorHAnsi" w:hAnsiTheme="majorHAnsi" w:cstheme="majorHAnsi"/>
          <w:sz w:val="24"/>
          <w:szCs w:val="24"/>
        </w:rPr>
        <w:t>..............</w:t>
      </w:r>
    </w:p>
    <w:p w:rsidR="00704863" w:rsidRDefault="00537842" w:rsidP="00D7595E">
      <w:pPr>
        <w:spacing w:after="0"/>
        <w:rPr>
          <w:rFonts w:asciiTheme="majorHAnsi" w:hAnsiTheme="majorHAnsi" w:cstheme="majorHAnsi"/>
          <w:sz w:val="24"/>
          <w:szCs w:val="24"/>
        </w:rPr>
      </w:pPr>
      <w:r w:rsidRPr="00D7595E">
        <w:rPr>
          <w:rFonts w:asciiTheme="majorHAnsi" w:hAnsiTheme="majorHAnsi" w:cstheme="majorHAnsi"/>
          <w:sz w:val="24"/>
          <w:szCs w:val="24"/>
        </w:rPr>
        <w:t>of the Warsaw University of Life Sciences (WULS-SGGW).</w:t>
      </w:r>
    </w:p>
    <w:p w:rsidR="00130F9F" w:rsidRPr="00D7595E" w:rsidRDefault="00130F9F" w:rsidP="00D7595E">
      <w:pPr>
        <w:spacing w:after="0"/>
        <w:rPr>
          <w:rFonts w:asciiTheme="majorHAnsi" w:hAnsiTheme="majorHAnsi" w:cstheme="majorHAnsi"/>
          <w:sz w:val="24"/>
          <w:szCs w:val="24"/>
        </w:rPr>
      </w:pPr>
    </w:p>
    <w:p w:rsidR="00704863" w:rsidRPr="00D7595E" w:rsidRDefault="00537842" w:rsidP="00D7595E">
      <w:pPr>
        <w:spacing w:after="0"/>
        <w:rPr>
          <w:rFonts w:asciiTheme="majorHAnsi" w:hAnsiTheme="majorHAnsi" w:cstheme="majorHAnsi"/>
          <w:sz w:val="24"/>
          <w:szCs w:val="24"/>
        </w:rPr>
      </w:pPr>
      <w:r w:rsidRPr="00D7595E">
        <w:rPr>
          <w:rFonts w:asciiTheme="majorHAnsi" w:hAnsiTheme="majorHAnsi" w:cstheme="majorHAnsi"/>
          <w:sz w:val="24"/>
          <w:szCs w:val="24"/>
        </w:rPr>
        <w:t>I declare that I have read the Rules and Regulations of ……………………</w:t>
      </w:r>
      <w:r w:rsidRPr="00D7595E">
        <w:rPr>
          <w:rFonts w:asciiTheme="majorHAnsi" w:hAnsiTheme="majorHAnsi" w:cstheme="majorHAnsi"/>
          <w:sz w:val="24"/>
          <w:szCs w:val="24"/>
        </w:rPr>
        <w:t>………………………</w:t>
      </w:r>
      <w:r w:rsidRPr="00D7595E">
        <w:rPr>
          <w:rFonts w:asciiTheme="majorHAnsi" w:hAnsiTheme="majorHAnsi" w:cstheme="majorHAnsi"/>
          <w:sz w:val="24"/>
          <w:szCs w:val="24"/>
        </w:rPr>
        <w:t>…….</w:t>
      </w:r>
    </w:p>
    <w:p w:rsidR="00704863" w:rsidRPr="00130F9F" w:rsidRDefault="00537842" w:rsidP="00130F9F">
      <w:pPr>
        <w:spacing w:after="0"/>
        <w:ind w:left="4320" w:firstLine="720"/>
        <w:rPr>
          <w:rFonts w:asciiTheme="majorHAnsi" w:hAnsiTheme="majorHAnsi" w:cstheme="majorHAnsi"/>
          <w:sz w:val="20"/>
          <w:szCs w:val="20"/>
        </w:rPr>
      </w:pPr>
      <w:r w:rsidRPr="00130F9F">
        <w:rPr>
          <w:rFonts w:asciiTheme="majorHAnsi" w:hAnsiTheme="majorHAnsi" w:cstheme="majorHAnsi"/>
          <w:sz w:val="20"/>
          <w:szCs w:val="20"/>
        </w:rPr>
        <w:t>(enter full name of the organization)</w:t>
      </w:r>
    </w:p>
    <w:p w:rsidR="00704863" w:rsidRPr="00D7595E" w:rsidRDefault="00537842" w:rsidP="00D7595E">
      <w:pPr>
        <w:spacing w:after="0"/>
        <w:rPr>
          <w:rFonts w:asciiTheme="majorHAnsi" w:hAnsiTheme="majorHAnsi" w:cstheme="majorHAnsi"/>
          <w:sz w:val="24"/>
          <w:szCs w:val="24"/>
        </w:rPr>
      </w:pPr>
      <w:r w:rsidRPr="00D7595E">
        <w:rPr>
          <w:rFonts w:asciiTheme="majorHAnsi" w:hAnsiTheme="majorHAnsi" w:cstheme="majorHAnsi"/>
          <w:sz w:val="24"/>
          <w:szCs w:val="24"/>
        </w:rPr>
        <w:t>of the Warsaw University of Life Sciences (WULS-SGGW). I undertake to comply with its provisions and the resolutions of the Board of the Student Scientific Organization / Scientific Club</w:t>
      </w:r>
      <w:r w:rsidRPr="00D7595E">
        <w:rPr>
          <w:rFonts w:asciiTheme="majorHAnsi" w:hAnsiTheme="majorHAnsi" w:cstheme="majorHAnsi"/>
          <w:sz w:val="24"/>
          <w:szCs w:val="24"/>
        </w:rPr>
        <w:t>*</w:t>
      </w:r>
      <w:r w:rsidR="00130F9F">
        <w:rPr>
          <w:rFonts w:asciiTheme="majorHAnsi" w:hAnsiTheme="majorHAnsi" w:cstheme="majorHAnsi"/>
          <w:sz w:val="24"/>
          <w:szCs w:val="24"/>
        </w:rPr>
        <w:t xml:space="preserve"> </w:t>
      </w:r>
      <w:r w:rsidRPr="00D7595E">
        <w:rPr>
          <w:rFonts w:asciiTheme="majorHAnsi" w:hAnsiTheme="majorHAnsi" w:cstheme="majorHAnsi"/>
          <w:sz w:val="24"/>
          <w:szCs w:val="24"/>
        </w:rPr>
        <w:t>……………………</w:t>
      </w:r>
      <w:r w:rsidRPr="00D7595E">
        <w:rPr>
          <w:rFonts w:asciiTheme="majorHAnsi" w:hAnsiTheme="majorHAnsi" w:cstheme="majorHAnsi"/>
          <w:sz w:val="24"/>
          <w:szCs w:val="24"/>
        </w:rPr>
        <w:t>………...</w:t>
      </w:r>
      <w:r w:rsidR="00130F9F">
        <w:rPr>
          <w:rFonts w:asciiTheme="majorHAnsi" w:hAnsiTheme="majorHAnsi" w:cstheme="majorHAnsi"/>
          <w:sz w:val="24"/>
          <w:szCs w:val="24"/>
        </w:rPr>
        <w:t>....................................................................................</w:t>
      </w:r>
    </w:p>
    <w:p w:rsidR="00130F9F" w:rsidRDefault="00130F9F" w:rsidP="00130F9F">
      <w:pPr>
        <w:rPr>
          <w:rFonts w:ascii="Calibri" w:eastAsia="Calibri" w:hAnsi="Calibri" w:cs="Calibri"/>
        </w:rPr>
      </w:pPr>
    </w:p>
    <w:p w:rsidR="00130F9F" w:rsidRDefault="00130F9F" w:rsidP="00130F9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                        ...................................................................</w:t>
      </w:r>
    </w:p>
    <w:p w:rsidR="00130F9F" w:rsidRDefault="00130F9F" w:rsidP="00130F9F">
      <w:pPr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               </w:t>
      </w:r>
      <w:r>
        <w:rPr>
          <w:rFonts w:ascii="Calibri" w:eastAsia="Calibri" w:hAnsi="Calibri" w:cs="Calibri"/>
          <w:i/>
        </w:rPr>
        <w:t>place</w:t>
      </w:r>
      <w:r>
        <w:rPr>
          <w:rFonts w:ascii="Calibri" w:eastAsia="Calibri" w:hAnsi="Calibri" w:cs="Calibri"/>
          <w:i/>
        </w:rPr>
        <w:t>, dat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</w:rPr>
        <w:t xml:space="preserve">                                                                       </w:t>
      </w:r>
      <w:r>
        <w:rPr>
          <w:rFonts w:ascii="Calibri" w:eastAsia="Calibri" w:hAnsi="Calibri" w:cs="Calibri"/>
          <w:i/>
        </w:rPr>
        <w:t xml:space="preserve">                 </w:t>
      </w:r>
      <w:r w:rsidRPr="00130F9F">
        <w:rPr>
          <w:rFonts w:ascii="Calibri" w:eastAsia="Calibri" w:hAnsi="Calibri" w:cs="Calibri"/>
          <w:i/>
        </w:rPr>
        <w:t>legible signature</w:t>
      </w:r>
    </w:p>
    <w:p w:rsidR="00130F9F" w:rsidRDefault="001352C5" w:rsidP="00130F9F">
      <w:pPr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*</w:t>
      </w:r>
      <w:r w:rsidRPr="001352C5">
        <w:rPr>
          <w:rFonts w:ascii="Calibri" w:eastAsia="Calibri" w:hAnsi="Calibri" w:cs="Calibri"/>
          <w:i/>
        </w:rPr>
        <w:t>delete as appropriate</w:t>
      </w:r>
    </w:p>
    <w:p w:rsidR="00130F9F" w:rsidRPr="00130F9F" w:rsidRDefault="00537842" w:rsidP="00130F9F">
      <w:pPr>
        <w:pStyle w:val="Nagwek2"/>
        <w:spacing w:before="0"/>
        <w:rPr>
          <w:rFonts w:cstheme="majorHAnsi"/>
          <w:color w:val="auto"/>
          <w:sz w:val="24"/>
          <w:szCs w:val="24"/>
        </w:rPr>
      </w:pPr>
      <w:r w:rsidRPr="00D7595E">
        <w:rPr>
          <w:rFonts w:cstheme="majorHAnsi"/>
          <w:color w:val="auto"/>
          <w:sz w:val="24"/>
          <w:szCs w:val="24"/>
        </w:rPr>
        <w:t>PERSONAL DATA</w:t>
      </w:r>
    </w:p>
    <w:p w:rsidR="00130F9F" w:rsidRPr="00130F9F" w:rsidRDefault="00130F9F" w:rsidP="00130F9F">
      <w:pPr>
        <w:rPr>
          <w:rFonts w:ascii="Calibri" w:eastAsia="Calibri" w:hAnsi="Calibri" w:cs="Calibri"/>
          <w:lang w:val="pl-PL"/>
        </w:rPr>
      </w:pPr>
      <w:r w:rsidRPr="00130F9F">
        <w:rPr>
          <w:rFonts w:ascii="Calibri" w:eastAsia="Calibri" w:hAnsi="Calibri" w:cs="Calibri"/>
          <w:lang w:val="pl-PL"/>
        </w:rPr>
        <w:t>1. ..............................................................................................................................</w:t>
      </w:r>
    </w:p>
    <w:p w:rsidR="00130F9F" w:rsidRPr="00130F9F" w:rsidRDefault="00130F9F" w:rsidP="00130F9F">
      <w:pPr>
        <w:rPr>
          <w:rFonts w:ascii="Calibri" w:eastAsia="Calibri" w:hAnsi="Calibri" w:cs="Calibri"/>
          <w:i/>
          <w:sz w:val="18"/>
          <w:szCs w:val="18"/>
        </w:rPr>
      </w:pPr>
      <w:r w:rsidRPr="00130F9F">
        <w:rPr>
          <w:rFonts w:ascii="Calibri" w:eastAsia="Calibri" w:hAnsi="Calibri" w:cs="Calibri"/>
          <w:i/>
          <w:sz w:val="18"/>
          <w:szCs w:val="18"/>
        </w:rPr>
        <w:t xml:space="preserve">                                                                         first name(s), surname</w:t>
      </w:r>
    </w:p>
    <w:p w:rsidR="00130F9F" w:rsidRPr="00130F9F" w:rsidRDefault="00130F9F" w:rsidP="00130F9F">
      <w:pPr>
        <w:rPr>
          <w:rFonts w:ascii="Calibri" w:eastAsia="Calibri" w:hAnsi="Calibri" w:cs="Calibri"/>
          <w:i/>
          <w:sz w:val="18"/>
          <w:szCs w:val="18"/>
          <w:lang w:val="pl-PL"/>
        </w:rPr>
      </w:pPr>
      <w:r w:rsidRPr="00130F9F">
        <w:rPr>
          <w:rFonts w:ascii="Calibri" w:eastAsia="Calibri" w:hAnsi="Calibri" w:cs="Calibri"/>
          <w:i/>
          <w:sz w:val="18"/>
          <w:szCs w:val="18"/>
          <w:lang w:val="pl-PL"/>
        </w:rPr>
        <w:t>2. ...............................................................................................................................</w:t>
      </w:r>
    </w:p>
    <w:p w:rsidR="00130F9F" w:rsidRPr="00130F9F" w:rsidRDefault="00130F9F" w:rsidP="00130F9F">
      <w:pPr>
        <w:rPr>
          <w:rFonts w:ascii="Calibri" w:eastAsia="Calibri" w:hAnsi="Calibri" w:cs="Calibri"/>
          <w:i/>
          <w:sz w:val="18"/>
          <w:szCs w:val="18"/>
        </w:rPr>
      </w:pPr>
      <w:r w:rsidRPr="00130F9F">
        <w:rPr>
          <w:rFonts w:ascii="Calibri" w:eastAsia="Calibri" w:hAnsi="Calibri" w:cs="Calibri"/>
          <w:i/>
          <w:sz w:val="18"/>
          <w:szCs w:val="18"/>
        </w:rPr>
        <w:t xml:space="preserve">                                                                       faculty, field and year of study</w:t>
      </w:r>
    </w:p>
    <w:p w:rsidR="00130F9F" w:rsidRPr="00130F9F" w:rsidRDefault="00130F9F" w:rsidP="00130F9F">
      <w:pPr>
        <w:rPr>
          <w:rFonts w:ascii="Calibri" w:eastAsia="Calibri" w:hAnsi="Calibri" w:cs="Calibri"/>
          <w:i/>
          <w:sz w:val="18"/>
          <w:szCs w:val="18"/>
          <w:lang w:val="pl-PL"/>
        </w:rPr>
      </w:pPr>
      <w:r w:rsidRPr="00130F9F">
        <w:rPr>
          <w:rFonts w:ascii="Calibri" w:eastAsia="Calibri" w:hAnsi="Calibri" w:cs="Calibri"/>
          <w:i/>
          <w:sz w:val="18"/>
          <w:szCs w:val="18"/>
          <w:lang w:val="pl-PL"/>
        </w:rPr>
        <w:t>3. ..............................................................................................................................</w:t>
      </w:r>
    </w:p>
    <w:p w:rsidR="00130F9F" w:rsidRPr="00130F9F" w:rsidRDefault="00130F9F" w:rsidP="00130F9F">
      <w:pPr>
        <w:rPr>
          <w:rFonts w:ascii="Calibri" w:eastAsia="Calibri" w:hAnsi="Calibri" w:cs="Calibri"/>
          <w:i/>
          <w:sz w:val="18"/>
          <w:szCs w:val="18"/>
          <w:lang w:val="pl-PL"/>
        </w:rPr>
      </w:pPr>
      <w:r w:rsidRPr="00130F9F">
        <w:rPr>
          <w:rFonts w:ascii="Calibri" w:eastAsia="Calibri" w:hAnsi="Calibri" w:cs="Calibri"/>
          <w:i/>
          <w:sz w:val="18"/>
          <w:szCs w:val="18"/>
          <w:lang w:val="pl-PL"/>
        </w:rPr>
        <w:t xml:space="preserve">                                                                                  student ID </w:t>
      </w:r>
      <w:proofErr w:type="spellStart"/>
      <w:r w:rsidRPr="00130F9F">
        <w:rPr>
          <w:rFonts w:ascii="Calibri" w:eastAsia="Calibri" w:hAnsi="Calibri" w:cs="Calibri"/>
          <w:i/>
          <w:sz w:val="18"/>
          <w:szCs w:val="18"/>
          <w:lang w:val="pl-PL"/>
        </w:rPr>
        <w:t>number</w:t>
      </w:r>
      <w:proofErr w:type="spellEnd"/>
    </w:p>
    <w:p w:rsidR="00130F9F" w:rsidRPr="00130F9F" w:rsidRDefault="00130F9F" w:rsidP="00130F9F">
      <w:pPr>
        <w:rPr>
          <w:rFonts w:ascii="Calibri" w:eastAsia="Calibri" w:hAnsi="Calibri" w:cs="Calibri"/>
          <w:i/>
          <w:sz w:val="18"/>
          <w:szCs w:val="18"/>
          <w:lang w:val="pl-PL"/>
        </w:rPr>
      </w:pPr>
      <w:r w:rsidRPr="00130F9F">
        <w:rPr>
          <w:rFonts w:ascii="Calibri" w:eastAsia="Calibri" w:hAnsi="Calibri" w:cs="Calibri"/>
          <w:i/>
          <w:sz w:val="18"/>
          <w:szCs w:val="18"/>
          <w:lang w:val="pl-PL"/>
        </w:rPr>
        <w:t>4. ..............................................................................................................................</w:t>
      </w:r>
    </w:p>
    <w:p w:rsidR="00130F9F" w:rsidRPr="00130F9F" w:rsidRDefault="00130F9F" w:rsidP="00130F9F">
      <w:pPr>
        <w:rPr>
          <w:rFonts w:ascii="Calibri" w:eastAsia="Calibri" w:hAnsi="Calibri" w:cs="Calibri"/>
          <w:i/>
          <w:sz w:val="18"/>
          <w:szCs w:val="18"/>
          <w:lang w:val="pl-PL"/>
        </w:rPr>
      </w:pPr>
      <w:r w:rsidRPr="00130F9F">
        <w:rPr>
          <w:rFonts w:ascii="Calibri" w:eastAsia="Calibri" w:hAnsi="Calibri" w:cs="Calibri"/>
          <w:i/>
          <w:sz w:val="18"/>
          <w:szCs w:val="18"/>
          <w:lang w:val="pl-PL"/>
        </w:rPr>
        <w:t xml:space="preserve">                                                                               </w:t>
      </w:r>
      <w:proofErr w:type="spellStart"/>
      <w:r w:rsidRPr="00130F9F">
        <w:rPr>
          <w:rFonts w:ascii="Calibri" w:eastAsia="Calibri" w:hAnsi="Calibri" w:cs="Calibri"/>
          <w:i/>
          <w:sz w:val="18"/>
          <w:szCs w:val="18"/>
          <w:lang w:val="pl-PL"/>
        </w:rPr>
        <w:t>contact</w:t>
      </w:r>
      <w:proofErr w:type="spellEnd"/>
      <w:r w:rsidRPr="00130F9F">
        <w:rPr>
          <w:rFonts w:ascii="Calibri" w:eastAsia="Calibri" w:hAnsi="Calibri" w:cs="Calibri"/>
          <w:i/>
          <w:sz w:val="18"/>
          <w:szCs w:val="18"/>
          <w:lang w:val="pl-PL"/>
        </w:rPr>
        <w:t xml:space="preserve"> </w:t>
      </w:r>
      <w:proofErr w:type="spellStart"/>
      <w:r w:rsidRPr="00130F9F">
        <w:rPr>
          <w:rFonts w:ascii="Calibri" w:eastAsia="Calibri" w:hAnsi="Calibri" w:cs="Calibri"/>
          <w:i/>
          <w:sz w:val="18"/>
          <w:szCs w:val="18"/>
          <w:lang w:val="pl-PL"/>
        </w:rPr>
        <w:t>telephone</w:t>
      </w:r>
      <w:proofErr w:type="spellEnd"/>
      <w:r w:rsidRPr="00130F9F">
        <w:rPr>
          <w:rFonts w:ascii="Calibri" w:eastAsia="Calibri" w:hAnsi="Calibri" w:cs="Calibri"/>
          <w:i/>
          <w:sz w:val="18"/>
          <w:szCs w:val="18"/>
          <w:lang w:val="pl-PL"/>
        </w:rPr>
        <w:t xml:space="preserve"> </w:t>
      </w:r>
      <w:proofErr w:type="spellStart"/>
      <w:r w:rsidRPr="00130F9F">
        <w:rPr>
          <w:rFonts w:ascii="Calibri" w:eastAsia="Calibri" w:hAnsi="Calibri" w:cs="Calibri"/>
          <w:i/>
          <w:sz w:val="18"/>
          <w:szCs w:val="18"/>
          <w:lang w:val="pl-PL"/>
        </w:rPr>
        <w:t>number</w:t>
      </w:r>
      <w:proofErr w:type="spellEnd"/>
    </w:p>
    <w:p w:rsidR="00130F9F" w:rsidRPr="00130F9F" w:rsidRDefault="00130F9F" w:rsidP="00130F9F">
      <w:pPr>
        <w:rPr>
          <w:rFonts w:ascii="Calibri" w:eastAsia="Calibri" w:hAnsi="Calibri" w:cs="Calibri"/>
          <w:i/>
          <w:sz w:val="18"/>
          <w:szCs w:val="18"/>
          <w:lang w:val="pl-PL"/>
        </w:rPr>
      </w:pPr>
      <w:r w:rsidRPr="00130F9F">
        <w:rPr>
          <w:rFonts w:ascii="Calibri" w:eastAsia="Calibri" w:hAnsi="Calibri" w:cs="Calibri"/>
          <w:i/>
          <w:sz w:val="18"/>
          <w:szCs w:val="18"/>
          <w:lang w:val="pl-PL"/>
        </w:rPr>
        <w:t>5. ..............................................................................................................................</w:t>
      </w:r>
    </w:p>
    <w:p w:rsidR="00130F9F" w:rsidRPr="00130F9F" w:rsidRDefault="00130F9F" w:rsidP="00130F9F">
      <w:pPr>
        <w:rPr>
          <w:rFonts w:ascii="Calibri" w:eastAsia="Calibri" w:hAnsi="Calibri" w:cs="Calibri"/>
          <w:i/>
          <w:sz w:val="18"/>
          <w:szCs w:val="18"/>
        </w:rPr>
      </w:pPr>
      <w:r w:rsidRPr="00130F9F">
        <w:rPr>
          <w:rFonts w:ascii="Calibri" w:eastAsia="Calibri" w:hAnsi="Calibri" w:cs="Calibri"/>
          <w:i/>
          <w:sz w:val="18"/>
          <w:szCs w:val="18"/>
        </w:rPr>
        <w:t xml:space="preserve">                                                                                e – mail</w:t>
      </w:r>
      <w:r w:rsidRPr="00130F9F">
        <w:rPr>
          <w:rFonts w:ascii="Calibri" w:eastAsia="Calibri" w:hAnsi="Calibri" w:cs="Calibri"/>
          <w:i/>
          <w:sz w:val="18"/>
          <w:szCs w:val="18"/>
        </w:rPr>
        <w:t xml:space="preserve"> address</w:t>
      </w:r>
    </w:p>
    <w:p w:rsidR="00704863" w:rsidRPr="00D7595E" w:rsidRDefault="00537842" w:rsidP="00130F9F">
      <w:pPr>
        <w:pStyle w:val="Nagwek2"/>
        <w:spacing w:before="0"/>
        <w:jc w:val="center"/>
        <w:rPr>
          <w:rFonts w:cstheme="majorHAnsi"/>
          <w:color w:val="auto"/>
          <w:sz w:val="24"/>
          <w:szCs w:val="24"/>
        </w:rPr>
      </w:pPr>
      <w:r w:rsidRPr="00D7595E">
        <w:rPr>
          <w:rFonts w:cstheme="majorHAnsi"/>
          <w:color w:val="auto"/>
          <w:sz w:val="24"/>
          <w:szCs w:val="24"/>
        </w:rPr>
        <w:lastRenderedPageBreak/>
        <w:t>GDPR INFORMATION CLAUSE</w:t>
      </w:r>
    </w:p>
    <w:p w:rsidR="00704863" w:rsidRPr="001352C5" w:rsidRDefault="00130F9F" w:rsidP="001352C5">
      <w:pPr>
        <w:spacing w:after="0"/>
        <w:jc w:val="both"/>
        <w:rPr>
          <w:rFonts w:asciiTheme="majorHAnsi" w:hAnsiTheme="majorHAnsi" w:cstheme="majorHAnsi"/>
          <w:sz w:val="16"/>
          <w:szCs w:val="16"/>
        </w:rPr>
      </w:pPr>
      <w:r w:rsidRPr="001352C5">
        <w:rPr>
          <w:rFonts w:asciiTheme="majorHAnsi" w:hAnsiTheme="majorHAnsi" w:cstheme="majorHAnsi"/>
          <w:sz w:val="16"/>
          <w:szCs w:val="16"/>
        </w:rPr>
        <w:t>Under</w:t>
      </w:r>
      <w:r w:rsidR="00537842" w:rsidRPr="001352C5">
        <w:rPr>
          <w:rFonts w:asciiTheme="majorHAnsi" w:hAnsiTheme="majorHAnsi" w:cstheme="majorHAnsi"/>
          <w:sz w:val="16"/>
          <w:szCs w:val="16"/>
        </w:rPr>
        <w:t xml:space="preserve"> Article 13(1) and (2) of Regulation (EU) 2016/679 of the Euro</w:t>
      </w:r>
      <w:r w:rsidR="00537842" w:rsidRPr="001352C5">
        <w:rPr>
          <w:rFonts w:asciiTheme="majorHAnsi" w:hAnsiTheme="majorHAnsi" w:cstheme="majorHAnsi"/>
          <w:sz w:val="16"/>
          <w:szCs w:val="16"/>
        </w:rPr>
        <w:t>pean Parliament and of the Council of 27 April 2016 (General Data Protection Regulation – GDPR), please be informed of the following:</w:t>
      </w:r>
    </w:p>
    <w:p w:rsidR="00704863" w:rsidRPr="001352C5" w:rsidRDefault="00537842" w:rsidP="001352C5">
      <w:pPr>
        <w:pStyle w:val="Listanumerowana"/>
        <w:numPr>
          <w:ilvl w:val="0"/>
          <w:numId w:val="0"/>
        </w:numPr>
        <w:spacing w:after="0"/>
        <w:jc w:val="both"/>
        <w:rPr>
          <w:rFonts w:asciiTheme="majorHAnsi" w:hAnsiTheme="majorHAnsi" w:cstheme="majorHAnsi"/>
          <w:sz w:val="16"/>
          <w:szCs w:val="16"/>
        </w:rPr>
      </w:pPr>
      <w:r w:rsidRPr="001352C5">
        <w:rPr>
          <w:rFonts w:asciiTheme="majorHAnsi" w:hAnsiTheme="majorHAnsi" w:cstheme="majorHAnsi"/>
          <w:sz w:val="16"/>
          <w:szCs w:val="16"/>
        </w:rPr>
        <w:t xml:space="preserve">a) The data controller is the Warsaw University of Life Sciences (WULS-SGGW), ul. Nowoursynowska 166, 02-787 Warsaw, </w:t>
      </w:r>
      <w:r w:rsidRPr="001352C5">
        <w:rPr>
          <w:rFonts w:asciiTheme="majorHAnsi" w:hAnsiTheme="majorHAnsi" w:cstheme="majorHAnsi"/>
          <w:sz w:val="16"/>
          <w:szCs w:val="16"/>
        </w:rPr>
        <w:t>hereinafter referred to as the “Controller”;</w:t>
      </w:r>
    </w:p>
    <w:p w:rsidR="00704863" w:rsidRPr="001352C5" w:rsidRDefault="00537842" w:rsidP="001352C5">
      <w:pPr>
        <w:pStyle w:val="Listanumerowana"/>
        <w:numPr>
          <w:ilvl w:val="0"/>
          <w:numId w:val="0"/>
        </w:numPr>
        <w:spacing w:after="0"/>
        <w:jc w:val="both"/>
        <w:rPr>
          <w:rFonts w:asciiTheme="majorHAnsi" w:hAnsiTheme="majorHAnsi" w:cstheme="majorHAnsi"/>
          <w:sz w:val="16"/>
          <w:szCs w:val="16"/>
        </w:rPr>
      </w:pPr>
      <w:r w:rsidRPr="001352C5">
        <w:rPr>
          <w:rFonts w:asciiTheme="majorHAnsi" w:hAnsiTheme="majorHAnsi" w:cstheme="majorHAnsi"/>
          <w:sz w:val="16"/>
          <w:szCs w:val="16"/>
        </w:rPr>
        <w:t>b) The Controller has appointed a Data Protection Officer who can be contacted in all matters related to the processing of personal data and the exercise of rights under the GDPR at the following e-mail address:</w:t>
      </w:r>
      <w:r w:rsidRPr="001352C5">
        <w:rPr>
          <w:rFonts w:asciiTheme="majorHAnsi" w:hAnsiTheme="majorHAnsi" w:cstheme="majorHAnsi"/>
          <w:sz w:val="16"/>
          <w:szCs w:val="16"/>
        </w:rPr>
        <w:t xml:space="preserve"> iod@sggw.edu.pl;</w:t>
      </w:r>
    </w:p>
    <w:p w:rsidR="00704863" w:rsidRPr="001352C5" w:rsidRDefault="00537842" w:rsidP="001352C5">
      <w:pPr>
        <w:pStyle w:val="Listanumerowana"/>
        <w:numPr>
          <w:ilvl w:val="0"/>
          <w:numId w:val="0"/>
        </w:numPr>
        <w:spacing w:after="0"/>
        <w:jc w:val="both"/>
        <w:rPr>
          <w:rFonts w:asciiTheme="majorHAnsi" w:hAnsiTheme="majorHAnsi" w:cstheme="majorHAnsi"/>
          <w:sz w:val="16"/>
          <w:szCs w:val="16"/>
        </w:rPr>
      </w:pPr>
      <w:r w:rsidRPr="001352C5">
        <w:rPr>
          <w:rFonts w:asciiTheme="majorHAnsi" w:hAnsiTheme="majorHAnsi" w:cstheme="majorHAnsi"/>
          <w:sz w:val="16"/>
          <w:szCs w:val="16"/>
        </w:rPr>
        <w:t>c) Your personal data obtained in connection with the completion of this membership declaration will be processed for the purposes related to obtaining and maintaining membership in a student organization/scientific club, including promot</w:t>
      </w:r>
      <w:r w:rsidRPr="001352C5">
        <w:rPr>
          <w:rFonts w:asciiTheme="majorHAnsi" w:hAnsiTheme="majorHAnsi" w:cstheme="majorHAnsi"/>
          <w:sz w:val="16"/>
          <w:szCs w:val="16"/>
        </w:rPr>
        <w:t>ional activities of the organization and the University. This is based on Article 6(1)(c) of the GDPR — to fulfill legal obligations of the Controller, in particular enabling membership in student organizations, reporting (including financial), documentati</w:t>
      </w:r>
      <w:r w:rsidRPr="001352C5">
        <w:rPr>
          <w:rFonts w:asciiTheme="majorHAnsi" w:hAnsiTheme="majorHAnsi" w:cstheme="majorHAnsi"/>
          <w:sz w:val="16"/>
          <w:szCs w:val="16"/>
        </w:rPr>
        <w:t>on, and archiving of the organization’s activities and achievements, in both paper and electronic form, now and in the future;</w:t>
      </w:r>
    </w:p>
    <w:p w:rsidR="00704863" w:rsidRPr="001352C5" w:rsidRDefault="00537842" w:rsidP="001352C5">
      <w:pPr>
        <w:pStyle w:val="Listanumerowana"/>
        <w:numPr>
          <w:ilvl w:val="0"/>
          <w:numId w:val="0"/>
        </w:numPr>
        <w:spacing w:after="0"/>
        <w:jc w:val="both"/>
        <w:rPr>
          <w:rFonts w:asciiTheme="majorHAnsi" w:hAnsiTheme="majorHAnsi" w:cstheme="majorHAnsi"/>
          <w:sz w:val="16"/>
          <w:szCs w:val="16"/>
        </w:rPr>
      </w:pPr>
      <w:r w:rsidRPr="001352C5">
        <w:rPr>
          <w:rFonts w:asciiTheme="majorHAnsi" w:hAnsiTheme="majorHAnsi" w:cstheme="majorHAnsi"/>
          <w:sz w:val="16"/>
          <w:szCs w:val="16"/>
        </w:rPr>
        <w:t>d) Recipients of your data may include entities and authorities to whom the Controller is legally obliged to disclose the data, a</w:t>
      </w:r>
      <w:r w:rsidRPr="001352C5">
        <w:rPr>
          <w:rFonts w:asciiTheme="majorHAnsi" w:hAnsiTheme="majorHAnsi" w:cstheme="majorHAnsi"/>
          <w:sz w:val="16"/>
          <w:szCs w:val="16"/>
        </w:rPr>
        <w:t>nd entities processing data on behalf of the Controller under appropriate agreements, such as IT and legal advisory service providers;</w:t>
      </w:r>
    </w:p>
    <w:p w:rsidR="00704863" w:rsidRPr="001352C5" w:rsidRDefault="00537842" w:rsidP="001352C5">
      <w:pPr>
        <w:pStyle w:val="Listanumerowana"/>
        <w:numPr>
          <w:ilvl w:val="0"/>
          <w:numId w:val="0"/>
        </w:numPr>
        <w:spacing w:after="0"/>
        <w:jc w:val="both"/>
        <w:rPr>
          <w:rFonts w:asciiTheme="majorHAnsi" w:hAnsiTheme="majorHAnsi" w:cstheme="majorHAnsi"/>
          <w:sz w:val="16"/>
          <w:szCs w:val="16"/>
        </w:rPr>
      </w:pPr>
      <w:r w:rsidRPr="001352C5">
        <w:rPr>
          <w:rFonts w:asciiTheme="majorHAnsi" w:hAnsiTheme="majorHAnsi" w:cstheme="majorHAnsi"/>
          <w:sz w:val="16"/>
          <w:szCs w:val="16"/>
        </w:rPr>
        <w:t xml:space="preserve">e) Personal data will be stored for the duration of your membership and thereafter for the period required by applicable </w:t>
      </w:r>
      <w:r w:rsidRPr="001352C5">
        <w:rPr>
          <w:rFonts w:asciiTheme="majorHAnsi" w:hAnsiTheme="majorHAnsi" w:cstheme="majorHAnsi"/>
          <w:sz w:val="16"/>
          <w:szCs w:val="16"/>
        </w:rPr>
        <w:t>law;</w:t>
      </w:r>
    </w:p>
    <w:p w:rsidR="00704863" w:rsidRPr="001352C5" w:rsidRDefault="00537842" w:rsidP="001352C5">
      <w:pPr>
        <w:pStyle w:val="Listanumerowana"/>
        <w:numPr>
          <w:ilvl w:val="0"/>
          <w:numId w:val="0"/>
        </w:numPr>
        <w:spacing w:after="0"/>
        <w:jc w:val="both"/>
        <w:rPr>
          <w:rFonts w:asciiTheme="majorHAnsi" w:hAnsiTheme="majorHAnsi" w:cstheme="majorHAnsi"/>
          <w:sz w:val="16"/>
          <w:szCs w:val="16"/>
        </w:rPr>
      </w:pPr>
      <w:r w:rsidRPr="001352C5">
        <w:rPr>
          <w:rFonts w:asciiTheme="majorHAnsi" w:hAnsiTheme="majorHAnsi" w:cstheme="majorHAnsi"/>
          <w:sz w:val="16"/>
          <w:szCs w:val="16"/>
        </w:rPr>
        <w:t>f) Data subjects have the right to access their personal data, rectify, delete or limit its processing;</w:t>
      </w:r>
    </w:p>
    <w:p w:rsidR="00704863" w:rsidRPr="001352C5" w:rsidRDefault="00537842" w:rsidP="001352C5">
      <w:pPr>
        <w:pStyle w:val="Listanumerowana"/>
        <w:numPr>
          <w:ilvl w:val="0"/>
          <w:numId w:val="0"/>
        </w:numPr>
        <w:spacing w:after="0"/>
        <w:jc w:val="both"/>
        <w:rPr>
          <w:rFonts w:asciiTheme="majorHAnsi" w:hAnsiTheme="majorHAnsi" w:cstheme="majorHAnsi"/>
          <w:sz w:val="16"/>
          <w:szCs w:val="16"/>
        </w:rPr>
      </w:pPr>
      <w:r w:rsidRPr="001352C5">
        <w:rPr>
          <w:rFonts w:asciiTheme="majorHAnsi" w:hAnsiTheme="majorHAnsi" w:cstheme="majorHAnsi"/>
          <w:sz w:val="16"/>
          <w:szCs w:val="16"/>
        </w:rPr>
        <w:t>g) Data subjects have the right to lodge a complaint with the supervisory authority, which in Poland is the President of the Personal Data Protecti</w:t>
      </w:r>
      <w:r w:rsidRPr="001352C5">
        <w:rPr>
          <w:rFonts w:asciiTheme="majorHAnsi" w:hAnsiTheme="majorHAnsi" w:cstheme="majorHAnsi"/>
          <w:sz w:val="16"/>
          <w:szCs w:val="16"/>
        </w:rPr>
        <w:t>on Office (UODO);</w:t>
      </w:r>
    </w:p>
    <w:p w:rsidR="00704863" w:rsidRPr="001352C5" w:rsidRDefault="00537842" w:rsidP="001352C5">
      <w:pPr>
        <w:pStyle w:val="Listanumerowana"/>
        <w:numPr>
          <w:ilvl w:val="0"/>
          <w:numId w:val="0"/>
        </w:numPr>
        <w:spacing w:after="0"/>
        <w:jc w:val="both"/>
        <w:rPr>
          <w:rFonts w:asciiTheme="majorHAnsi" w:hAnsiTheme="majorHAnsi" w:cstheme="majorHAnsi"/>
          <w:sz w:val="16"/>
          <w:szCs w:val="16"/>
        </w:rPr>
      </w:pPr>
      <w:r w:rsidRPr="001352C5">
        <w:rPr>
          <w:rFonts w:asciiTheme="majorHAnsi" w:hAnsiTheme="majorHAnsi" w:cstheme="majorHAnsi"/>
          <w:sz w:val="16"/>
          <w:szCs w:val="16"/>
        </w:rPr>
        <w:t>h) Providing your personal data is voluntary but necessary for membership in the scientific club;</w:t>
      </w:r>
    </w:p>
    <w:p w:rsidR="00704863" w:rsidRPr="001352C5" w:rsidRDefault="00537842" w:rsidP="001352C5">
      <w:pPr>
        <w:pStyle w:val="Listanumerowana"/>
        <w:numPr>
          <w:ilvl w:val="0"/>
          <w:numId w:val="0"/>
        </w:numPr>
        <w:spacing w:after="0"/>
        <w:jc w:val="both"/>
        <w:rPr>
          <w:rFonts w:asciiTheme="majorHAnsi" w:hAnsiTheme="majorHAnsi" w:cstheme="majorHAnsi"/>
          <w:sz w:val="16"/>
          <w:szCs w:val="16"/>
        </w:rPr>
      </w:pPr>
      <w:r w:rsidRPr="001352C5">
        <w:rPr>
          <w:rFonts w:asciiTheme="majorHAnsi" w:hAnsiTheme="majorHAnsi" w:cstheme="majorHAnsi"/>
          <w:sz w:val="16"/>
          <w:szCs w:val="16"/>
        </w:rPr>
        <w:t>i) Your personal data will not be subject to automated decision-making or profiling;</w:t>
      </w:r>
    </w:p>
    <w:p w:rsidR="00130F9F" w:rsidRPr="001352C5" w:rsidRDefault="00537842" w:rsidP="001352C5">
      <w:pPr>
        <w:pStyle w:val="Listanumerowana"/>
        <w:numPr>
          <w:ilvl w:val="0"/>
          <w:numId w:val="0"/>
        </w:numPr>
        <w:spacing w:after="0"/>
        <w:jc w:val="both"/>
        <w:rPr>
          <w:rFonts w:asciiTheme="majorHAnsi" w:hAnsiTheme="majorHAnsi" w:cstheme="majorHAnsi"/>
          <w:sz w:val="16"/>
          <w:szCs w:val="16"/>
        </w:rPr>
      </w:pPr>
      <w:r w:rsidRPr="001352C5">
        <w:rPr>
          <w:rFonts w:asciiTheme="majorHAnsi" w:hAnsiTheme="majorHAnsi" w:cstheme="majorHAnsi"/>
          <w:sz w:val="16"/>
          <w:szCs w:val="16"/>
        </w:rPr>
        <w:t xml:space="preserve">j) Due to the use of Microsoft services, your data may </w:t>
      </w:r>
      <w:r w:rsidRPr="001352C5">
        <w:rPr>
          <w:rFonts w:asciiTheme="majorHAnsi" w:hAnsiTheme="majorHAnsi" w:cstheme="majorHAnsi"/>
          <w:sz w:val="16"/>
          <w:szCs w:val="16"/>
        </w:rPr>
        <w:t xml:space="preserve">be transferred outside the European Economic Area (EEA), including to the USA. Microsoft ensures compliance with Chapter 5 of the GDPR through standard contractual clauses. More information is available at: </w:t>
      </w:r>
    </w:p>
    <w:p w:rsidR="00704863" w:rsidRPr="001352C5" w:rsidRDefault="00130F9F" w:rsidP="001352C5">
      <w:pPr>
        <w:pStyle w:val="Listanumerowana"/>
        <w:numPr>
          <w:ilvl w:val="0"/>
          <w:numId w:val="0"/>
        </w:numPr>
        <w:spacing w:after="0"/>
        <w:jc w:val="both"/>
        <w:rPr>
          <w:rFonts w:asciiTheme="majorHAnsi" w:hAnsiTheme="majorHAnsi" w:cstheme="majorHAnsi"/>
          <w:sz w:val="16"/>
          <w:szCs w:val="16"/>
        </w:rPr>
      </w:pPr>
      <w:hyperlink r:id="rId6" w:history="1">
        <w:r w:rsidRPr="001352C5">
          <w:rPr>
            <w:rStyle w:val="Hipercze"/>
            <w:rFonts w:asciiTheme="majorHAnsi" w:hAnsiTheme="majorHAnsi" w:cstheme="majorHAnsi"/>
            <w:sz w:val="16"/>
            <w:szCs w:val="16"/>
          </w:rPr>
          <w:t>https://www.microsoftvolumelicensing.com/DocumentSearch.aspx?Mode=3&amp;DocumentTypeId=46</w:t>
        </w:r>
      </w:hyperlink>
      <w:r w:rsidR="00537842" w:rsidRPr="001352C5">
        <w:rPr>
          <w:rFonts w:asciiTheme="majorHAnsi" w:hAnsiTheme="majorHAnsi" w:cstheme="majorHAnsi"/>
          <w:sz w:val="16"/>
          <w:szCs w:val="16"/>
        </w:rPr>
        <w:t>.</w:t>
      </w:r>
    </w:p>
    <w:p w:rsidR="00130F9F" w:rsidRPr="001352C5" w:rsidRDefault="00130F9F" w:rsidP="001352C5">
      <w:pPr>
        <w:pStyle w:val="Listanumerowana"/>
        <w:numPr>
          <w:ilvl w:val="0"/>
          <w:numId w:val="0"/>
        </w:numPr>
        <w:spacing w:after="0"/>
        <w:jc w:val="both"/>
        <w:rPr>
          <w:rFonts w:asciiTheme="majorHAnsi" w:hAnsiTheme="majorHAnsi" w:cstheme="majorHAnsi"/>
          <w:sz w:val="16"/>
          <w:szCs w:val="16"/>
        </w:rPr>
      </w:pPr>
    </w:p>
    <w:p w:rsidR="00704863" w:rsidRDefault="00537842" w:rsidP="00130F9F">
      <w:pPr>
        <w:spacing w:after="0"/>
        <w:rPr>
          <w:rFonts w:asciiTheme="majorHAnsi" w:hAnsiTheme="majorHAnsi" w:cstheme="majorHAnsi"/>
          <w:sz w:val="20"/>
          <w:szCs w:val="20"/>
        </w:rPr>
      </w:pPr>
      <w:r w:rsidRPr="00130F9F">
        <w:rPr>
          <w:rFonts w:asciiTheme="majorHAnsi" w:hAnsiTheme="majorHAnsi" w:cstheme="majorHAnsi"/>
          <w:sz w:val="20"/>
          <w:szCs w:val="20"/>
        </w:rPr>
        <w:t>I declare that I have read the GDPR information clause.</w:t>
      </w:r>
    </w:p>
    <w:p w:rsidR="00130F9F" w:rsidRPr="00130F9F" w:rsidRDefault="00130F9F" w:rsidP="00130F9F">
      <w:pPr>
        <w:spacing w:after="0"/>
        <w:rPr>
          <w:rFonts w:asciiTheme="majorHAnsi" w:hAnsiTheme="majorHAnsi" w:cstheme="majorHAnsi"/>
          <w:sz w:val="20"/>
          <w:szCs w:val="20"/>
        </w:rPr>
      </w:pPr>
    </w:p>
    <w:p w:rsidR="00704863" w:rsidRPr="00D7595E" w:rsidRDefault="00537842" w:rsidP="00D7595E">
      <w:pPr>
        <w:spacing w:after="0"/>
        <w:rPr>
          <w:rFonts w:asciiTheme="majorHAnsi" w:hAnsiTheme="majorHAnsi" w:cstheme="majorHAnsi"/>
          <w:sz w:val="24"/>
          <w:szCs w:val="24"/>
        </w:rPr>
      </w:pPr>
      <w:r w:rsidRPr="00D7595E">
        <w:rPr>
          <w:rFonts w:asciiTheme="majorHAnsi" w:hAnsiTheme="majorHAnsi" w:cstheme="majorHAnsi"/>
          <w:sz w:val="24"/>
          <w:szCs w:val="24"/>
        </w:rPr>
        <w:t>...............................................................</w:t>
      </w:r>
    </w:p>
    <w:p w:rsidR="00940255" w:rsidRDefault="00537842" w:rsidP="00940255">
      <w:pPr>
        <w:spacing w:after="0"/>
        <w:ind w:firstLine="720"/>
        <w:rPr>
          <w:rFonts w:asciiTheme="majorHAnsi" w:hAnsiTheme="majorHAnsi" w:cstheme="majorHAnsi"/>
          <w:sz w:val="20"/>
          <w:szCs w:val="20"/>
        </w:rPr>
      </w:pPr>
      <w:r w:rsidRPr="00130F9F">
        <w:rPr>
          <w:rFonts w:asciiTheme="majorHAnsi" w:hAnsiTheme="majorHAnsi" w:cstheme="majorHAnsi"/>
          <w:sz w:val="20"/>
          <w:szCs w:val="20"/>
        </w:rPr>
        <w:t>(date and signature)</w:t>
      </w:r>
    </w:p>
    <w:p w:rsidR="00940255" w:rsidRDefault="00940255" w:rsidP="00940255">
      <w:pPr>
        <w:ind w:right="1275"/>
        <w:rPr>
          <w:i/>
        </w:rPr>
      </w:pPr>
    </w:p>
    <w:tbl>
      <w:tblPr>
        <w:tblW w:w="1020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46"/>
        <w:gridCol w:w="2155"/>
      </w:tblGrid>
      <w:tr w:rsidR="00940255" w:rsidTr="0098125F">
        <w:tc>
          <w:tcPr>
            <w:tcW w:w="8046" w:type="dxa"/>
          </w:tcPr>
          <w:p w:rsidR="001352C5" w:rsidRDefault="001352C5" w:rsidP="0098125F">
            <w:pPr>
              <w:spacing w:after="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8125F">
              <w:rPr>
                <w:rFonts w:ascii="Calibri" w:eastAsia="Calibri" w:hAnsi="Calibri" w:cs="Calibri"/>
                <w:b/>
                <w:sz w:val="20"/>
                <w:szCs w:val="20"/>
              </w:rPr>
              <w:t>Notes of the Board of the Student Scientific Organization / Scientific Club *</w:t>
            </w:r>
          </w:p>
          <w:p w:rsidR="0098125F" w:rsidRPr="0098125F" w:rsidRDefault="0098125F" w:rsidP="0098125F">
            <w:pPr>
              <w:spacing w:after="0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:rsidR="001352C5" w:rsidRPr="001352C5" w:rsidRDefault="001352C5" w:rsidP="0098125F">
            <w:pPr>
              <w:spacing w:after="0"/>
              <w:rPr>
                <w:rFonts w:ascii="Calibri" w:eastAsia="Calibri" w:hAnsi="Calibri" w:cs="Calibri"/>
                <w:sz w:val="20"/>
                <w:szCs w:val="20"/>
              </w:rPr>
            </w:pPr>
            <w:r w:rsidRPr="001352C5">
              <w:rPr>
                <w:rFonts w:ascii="Calibri" w:eastAsia="Calibri" w:hAnsi="Calibri" w:cs="Calibri"/>
                <w:sz w:val="20"/>
                <w:szCs w:val="20"/>
              </w:rPr>
              <w:t>Admitted to ................................................. on ...................... for the academic year ...................</w:t>
            </w:r>
          </w:p>
          <w:p w:rsidR="001352C5" w:rsidRPr="0098125F" w:rsidRDefault="001352C5" w:rsidP="0098125F">
            <w:pPr>
              <w:spacing w:after="0"/>
              <w:rPr>
                <w:rFonts w:ascii="Calibri" w:eastAsia="Calibri" w:hAnsi="Calibri" w:cs="Calibri"/>
                <w:sz w:val="20"/>
                <w:szCs w:val="20"/>
              </w:rPr>
            </w:pPr>
            <w:r w:rsidRPr="001352C5">
              <w:rPr>
                <w:rFonts w:ascii="Calibri" w:eastAsia="Calibri" w:hAnsi="Calibri" w:cs="Calibri"/>
                <w:b/>
                <w:sz w:val="20"/>
                <w:szCs w:val="20"/>
              </w:rPr>
              <w:t>Membership is a continuation of participation in the organization from the academic years</w:t>
            </w:r>
            <w:r w:rsidRPr="0098125F">
              <w:rPr>
                <w:rFonts w:ascii="Calibri" w:eastAsia="Calibri" w:hAnsi="Calibri" w:cs="Calibri"/>
                <w:sz w:val="20"/>
                <w:szCs w:val="20"/>
              </w:rPr>
              <w:t>:*…………………………………………………:</w:t>
            </w:r>
          </w:p>
          <w:p w:rsidR="00940255" w:rsidRPr="001352C5" w:rsidRDefault="00940255" w:rsidP="0098125F">
            <w:pPr>
              <w:spacing w:after="0"/>
              <w:rPr>
                <w:rFonts w:ascii="Calibri" w:eastAsia="Calibri" w:hAnsi="Calibri" w:cs="Calibri"/>
                <w:sz w:val="20"/>
                <w:szCs w:val="20"/>
              </w:rPr>
            </w:pPr>
            <w:r w:rsidRPr="0098125F">
              <w:rPr>
                <w:rFonts w:ascii="Calibri" w:eastAsia="Calibri" w:hAnsi="Calibri" w:cs="Calibri"/>
                <w:sz w:val="20"/>
                <w:szCs w:val="20"/>
              </w:rPr>
              <w:t>1) ……………….……….…   2) ……………….……….…   3) ……………….……….…   4) ……………….……….…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 </w:t>
            </w:r>
          </w:p>
        </w:tc>
        <w:tc>
          <w:tcPr>
            <w:tcW w:w="2155" w:type="dxa"/>
          </w:tcPr>
          <w:p w:rsidR="001352C5" w:rsidRDefault="001352C5" w:rsidP="0098125F">
            <w:pPr>
              <w:spacing w:after="0"/>
              <w:rPr>
                <w:rFonts w:ascii="Calibri" w:eastAsia="Calibri" w:hAnsi="Calibri" w:cs="Calibri"/>
                <w:i/>
                <w:sz w:val="20"/>
                <w:szCs w:val="20"/>
              </w:rPr>
            </w:pPr>
          </w:p>
          <w:p w:rsidR="0098125F" w:rsidRDefault="0098125F" w:rsidP="0098125F">
            <w:pPr>
              <w:spacing w:after="0"/>
              <w:rPr>
                <w:rFonts w:ascii="Calibri" w:eastAsia="Calibri" w:hAnsi="Calibri" w:cs="Calibri"/>
                <w:i/>
                <w:sz w:val="20"/>
                <w:szCs w:val="20"/>
              </w:rPr>
            </w:pPr>
          </w:p>
          <w:p w:rsidR="0098125F" w:rsidRPr="001352C5" w:rsidRDefault="0098125F" w:rsidP="0098125F">
            <w:pPr>
              <w:spacing w:after="0"/>
              <w:rPr>
                <w:rFonts w:ascii="Calibri" w:eastAsia="Calibri" w:hAnsi="Calibri" w:cs="Calibri"/>
                <w:i/>
                <w:sz w:val="20"/>
                <w:szCs w:val="20"/>
              </w:rPr>
            </w:pPr>
          </w:p>
          <w:p w:rsidR="001352C5" w:rsidRDefault="001352C5" w:rsidP="0098125F">
            <w:pPr>
              <w:spacing w:after="0"/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………..………………….</w:t>
            </w:r>
          </w:p>
          <w:p w:rsidR="00940255" w:rsidRDefault="001352C5" w:rsidP="0098125F">
            <w:pPr>
              <w:spacing w:after="0"/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(</w:t>
            </w:r>
            <w:r w:rsidRPr="001352C5">
              <w:rPr>
                <w:rFonts w:ascii="Calibri" w:eastAsia="Calibri" w:hAnsi="Calibri" w:cs="Calibri"/>
                <w:i/>
                <w:sz w:val="16"/>
                <w:szCs w:val="16"/>
              </w:rPr>
              <w:t>stamp, date, and signature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)</w:t>
            </w:r>
          </w:p>
        </w:tc>
      </w:tr>
    </w:tbl>
    <w:p w:rsidR="00940255" w:rsidRDefault="00940255" w:rsidP="0098125F">
      <w:pPr>
        <w:spacing w:after="0"/>
        <w:rPr>
          <w:i/>
        </w:rPr>
      </w:pPr>
    </w:p>
    <w:tbl>
      <w:tblPr>
        <w:tblW w:w="1020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46"/>
        <w:gridCol w:w="2155"/>
      </w:tblGrid>
      <w:tr w:rsidR="00940255" w:rsidTr="0098125F">
        <w:trPr>
          <w:trHeight w:val="1389"/>
        </w:trPr>
        <w:tc>
          <w:tcPr>
            <w:tcW w:w="8046" w:type="dxa"/>
          </w:tcPr>
          <w:p w:rsidR="00940255" w:rsidRPr="001352C5" w:rsidRDefault="001352C5" w:rsidP="0098125F">
            <w:pPr>
              <w:spacing w:after="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1352C5">
              <w:rPr>
                <w:rFonts w:ascii="Calibri" w:eastAsia="Calibri" w:hAnsi="Calibri" w:cs="Calibri"/>
                <w:b/>
                <w:sz w:val="20"/>
                <w:szCs w:val="20"/>
              </w:rPr>
              <w:t>Positions Held in the Student Scientific Organization / Scientific Club</w:t>
            </w:r>
            <w:r w:rsidRPr="00D7595E">
              <w:rPr>
                <w:rFonts w:asciiTheme="majorHAnsi" w:hAnsiTheme="majorHAnsi" w:cstheme="majorHAnsi"/>
                <w:sz w:val="24"/>
                <w:szCs w:val="24"/>
              </w:rPr>
              <w:t xml:space="preserve"> *</w:t>
            </w:r>
          </w:p>
          <w:p w:rsidR="00940255" w:rsidRDefault="0098125F" w:rsidP="0098125F">
            <w:pPr>
              <w:spacing w:after="0"/>
              <w:rPr>
                <w:i/>
              </w:rPr>
            </w:pPr>
            <w:r>
              <w:rPr>
                <w:i/>
              </w:rPr>
              <w:t>…………………………………………………………………………………………………………………………..</w:t>
            </w:r>
          </w:p>
        </w:tc>
        <w:tc>
          <w:tcPr>
            <w:tcW w:w="2155" w:type="dxa"/>
          </w:tcPr>
          <w:p w:rsidR="001352C5" w:rsidRDefault="001352C5" w:rsidP="0098125F">
            <w:pPr>
              <w:spacing w:after="0"/>
              <w:rPr>
                <w:rFonts w:ascii="Calibri" w:eastAsia="Calibri" w:hAnsi="Calibri" w:cs="Calibri"/>
                <w:i/>
                <w:sz w:val="20"/>
                <w:szCs w:val="20"/>
              </w:rPr>
            </w:pPr>
          </w:p>
          <w:p w:rsidR="0098125F" w:rsidRDefault="0098125F" w:rsidP="0098125F">
            <w:pPr>
              <w:spacing w:after="0"/>
              <w:rPr>
                <w:rFonts w:ascii="Calibri" w:eastAsia="Calibri" w:hAnsi="Calibri" w:cs="Calibri"/>
                <w:i/>
                <w:sz w:val="20"/>
                <w:szCs w:val="20"/>
              </w:rPr>
            </w:pPr>
          </w:p>
          <w:p w:rsidR="0098125F" w:rsidRPr="001352C5" w:rsidRDefault="0098125F" w:rsidP="0098125F">
            <w:pPr>
              <w:spacing w:after="0"/>
              <w:rPr>
                <w:rFonts w:ascii="Calibri" w:eastAsia="Calibri" w:hAnsi="Calibri" w:cs="Calibri"/>
                <w:i/>
                <w:sz w:val="20"/>
                <w:szCs w:val="20"/>
              </w:rPr>
            </w:pPr>
          </w:p>
          <w:p w:rsidR="001352C5" w:rsidRDefault="001352C5" w:rsidP="0098125F">
            <w:pPr>
              <w:spacing w:after="0"/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………..………………….</w:t>
            </w:r>
          </w:p>
          <w:p w:rsidR="00940255" w:rsidRDefault="001352C5" w:rsidP="0098125F">
            <w:pPr>
              <w:spacing w:after="0"/>
              <w:rPr>
                <w:rFonts w:ascii="Calibri" w:eastAsia="Calibri" w:hAnsi="Calibri" w:cs="Calibri"/>
                <w:i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(</w:t>
            </w:r>
            <w:r w:rsidRPr="001352C5">
              <w:rPr>
                <w:rFonts w:ascii="Calibri" w:eastAsia="Calibri" w:hAnsi="Calibri" w:cs="Calibri"/>
                <w:i/>
                <w:sz w:val="16"/>
                <w:szCs w:val="16"/>
              </w:rPr>
              <w:t>stamp, date, and signature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)</w:t>
            </w:r>
          </w:p>
        </w:tc>
      </w:tr>
    </w:tbl>
    <w:p w:rsidR="00940255" w:rsidRDefault="00940255" w:rsidP="00940255">
      <w:pPr>
        <w:ind w:right="1275"/>
        <w:jc w:val="right"/>
        <w:rPr>
          <w:i/>
        </w:rPr>
      </w:pPr>
    </w:p>
    <w:tbl>
      <w:tblPr>
        <w:tblW w:w="1020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46"/>
        <w:gridCol w:w="2155"/>
      </w:tblGrid>
      <w:tr w:rsidR="00940255" w:rsidTr="0098125F">
        <w:tc>
          <w:tcPr>
            <w:tcW w:w="8046" w:type="dxa"/>
          </w:tcPr>
          <w:p w:rsidR="0098125F" w:rsidRDefault="001352C5" w:rsidP="0098125F">
            <w:pPr>
              <w:spacing w:after="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1352C5">
              <w:rPr>
                <w:rFonts w:ascii="Calibri" w:eastAsia="Calibri" w:hAnsi="Calibri" w:cs="Calibri"/>
                <w:b/>
                <w:sz w:val="20"/>
                <w:szCs w:val="20"/>
              </w:rPr>
              <w:t>Removed from the list of members of the Student Scientific Organization / Scientific Club</w:t>
            </w:r>
            <w:r w:rsidR="0098125F">
              <w:rPr>
                <w:rFonts w:ascii="Calibri" w:eastAsia="Calibri" w:hAnsi="Calibri" w:cs="Calibri"/>
                <w:b/>
                <w:sz w:val="20"/>
                <w:szCs w:val="20"/>
              </w:rPr>
              <w:t>*</w:t>
            </w:r>
          </w:p>
          <w:p w:rsidR="0098125F" w:rsidRDefault="0098125F" w:rsidP="0098125F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940255" w:rsidRPr="001352C5" w:rsidRDefault="001352C5" w:rsidP="0098125F">
            <w:pPr>
              <w:spacing w:after="0"/>
              <w:rPr>
                <w:i/>
              </w:rPr>
            </w:pPr>
            <w:r w:rsidRPr="00D7595E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940255" w:rsidRPr="001352C5">
              <w:rPr>
                <w:rFonts w:ascii="Calibri" w:eastAsia="Calibri" w:hAnsi="Calibri" w:cs="Calibri"/>
                <w:i/>
                <w:sz w:val="20"/>
                <w:szCs w:val="20"/>
              </w:rPr>
              <w:t>……………………………………..</w:t>
            </w:r>
            <w:r w:rsidR="00940255" w:rsidRPr="001352C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on</w:t>
            </w:r>
            <w:r w:rsidR="00940255" w:rsidRPr="001352C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 w:rsidR="00940255" w:rsidRPr="001352C5">
              <w:rPr>
                <w:rFonts w:ascii="Calibri" w:eastAsia="Calibri" w:hAnsi="Calibri" w:cs="Calibri"/>
                <w:sz w:val="20"/>
                <w:szCs w:val="20"/>
              </w:rPr>
              <w:t>…………………………….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due to</w:t>
            </w:r>
            <w:r w:rsidR="00940255" w:rsidRPr="001352C5">
              <w:rPr>
                <w:rFonts w:ascii="Calibri" w:eastAsia="Calibri" w:hAnsi="Calibri" w:cs="Calibri"/>
                <w:sz w:val="20"/>
                <w:szCs w:val="20"/>
              </w:rPr>
              <w:t>…………………………………………………………</w:t>
            </w:r>
          </w:p>
        </w:tc>
        <w:tc>
          <w:tcPr>
            <w:tcW w:w="2155" w:type="dxa"/>
          </w:tcPr>
          <w:p w:rsidR="00940255" w:rsidRDefault="00940255" w:rsidP="0098125F">
            <w:pPr>
              <w:spacing w:after="0"/>
              <w:rPr>
                <w:rFonts w:ascii="Calibri" w:eastAsia="Calibri" w:hAnsi="Calibri" w:cs="Calibri"/>
                <w:i/>
                <w:sz w:val="20"/>
                <w:szCs w:val="20"/>
              </w:rPr>
            </w:pPr>
          </w:p>
          <w:p w:rsidR="0098125F" w:rsidRPr="001352C5" w:rsidRDefault="0098125F" w:rsidP="0098125F">
            <w:pPr>
              <w:spacing w:after="0"/>
              <w:rPr>
                <w:rFonts w:ascii="Calibri" w:eastAsia="Calibri" w:hAnsi="Calibri" w:cs="Calibri"/>
                <w:i/>
                <w:sz w:val="20"/>
                <w:szCs w:val="20"/>
              </w:rPr>
            </w:pPr>
            <w:bookmarkStart w:id="0" w:name="_GoBack"/>
            <w:bookmarkEnd w:id="0"/>
          </w:p>
          <w:p w:rsidR="00940255" w:rsidRDefault="00940255" w:rsidP="0098125F">
            <w:pPr>
              <w:spacing w:after="0"/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………..………………….</w:t>
            </w:r>
          </w:p>
          <w:p w:rsidR="00940255" w:rsidRDefault="00940255" w:rsidP="0098125F">
            <w:pPr>
              <w:spacing w:after="0"/>
              <w:rPr>
                <w:rFonts w:ascii="Calibri" w:eastAsia="Calibri" w:hAnsi="Calibri" w:cs="Calibri"/>
                <w:i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(</w:t>
            </w:r>
            <w:r w:rsidR="001352C5" w:rsidRPr="001352C5">
              <w:rPr>
                <w:rFonts w:ascii="Calibri" w:eastAsia="Calibri" w:hAnsi="Calibri" w:cs="Calibri"/>
                <w:i/>
                <w:sz w:val="16"/>
                <w:szCs w:val="16"/>
              </w:rPr>
              <w:t>stamp, date, and signature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)</w:t>
            </w:r>
          </w:p>
        </w:tc>
      </w:tr>
    </w:tbl>
    <w:p w:rsidR="00940255" w:rsidRPr="00CE488A" w:rsidRDefault="00940255" w:rsidP="00940255">
      <w:pPr>
        <w:ind w:right="1275"/>
      </w:pPr>
    </w:p>
    <w:sectPr w:rsidR="00940255" w:rsidRPr="00CE488A" w:rsidSect="00130F9F">
      <w:pgSz w:w="12240" w:h="15840"/>
      <w:pgMar w:top="1440" w:right="9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30F9F"/>
    <w:rsid w:val="001352C5"/>
    <w:rsid w:val="0015074B"/>
    <w:rsid w:val="0029639D"/>
    <w:rsid w:val="00326F90"/>
    <w:rsid w:val="005160C0"/>
    <w:rsid w:val="00537842"/>
    <w:rsid w:val="00704863"/>
    <w:rsid w:val="00940255"/>
    <w:rsid w:val="0098125F"/>
    <w:rsid w:val="00AA1D8D"/>
    <w:rsid w:val="00B47730"/>
    <w:rsid w:val="00B50296"/>
    <w:rsid w:val="00CB0664"/>
    <w:rsid w:val="00D7595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1B61D8"/>
  <w14:defaultImageDpi w14:val="300"/>
  <w15:docId w15:val="{ED78D747-D0E0-41D5-B9D1-00791451A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130F9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0F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icrosoftvolumelicensing.com/DocumentSearch.aspx?Mode=3&amp;DocumentTypeId=4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691975C-E4B0-44CE-9CE4-4A046ACC6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695</Words>
  <Characters>5282</Characters>
  <Application>Microsoft Office Word</Application>
  <DocSecurity>0</DocSecurity>
  <Lines>92</Lines>
  <Paragraphs>70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5907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Agata Fabiszewska</cp:lastModifiedBy>
  <cp:revision>2</cp:revision>
  <dcterms:created xsi:type="dcterms:W3CDTF">2025-07-23T10:21:00Z</dcterms:created>
  <dcterms:modified xsi:type="dcterms:W3CDTF">2025-07-23T10:21:00Z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319b0947-f902-4426-a3db-271fc5625b1a</vt:lpwstr>
  </property>
</Properties>
</file>